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36EFE" w14:textId="77777777" w:rsidR="008F671F" w:rsidRDefault="00000000">
      <w:pPr>
        <w:spacing w:after="20"/>
        <w:jc w:val="center"/>
      </w:pPr>
      <w:r>
        <w:rPr>
          <w:b/>
          <w:sz w:val="24"/>
        </w:rPr>
        <w:t>Risk Assessment – Pedal Go Karts Hire (HSE/AAIAC Style)</w:t>
      </w:r>
    </w:p>
    <w:p w14:paraId="7EE5C3B6" w14:textId="77777777" w:rsidR="008F671F" w:rsidRDefault="00000000">
      <w:pPr>
        <w:pStyle w:val="Heading1"/>
        <w:spacing w:before="0"/>
      </w:pPr>
      <w:r>
        <w:t>Activity Description</w:t>
      </w:r>
    </w:p>
    <w:p w14:paraId="4F921B39" w14:textId="77777777" w:rsidR="008F671F" w:rsidRDefault="00000000">
      <w:pPr>
        <w:spacing w:after="20"/>
      </w:pPr>
      <w:r>
        <w:t>Delivery, setup, supervised operation and dismantling of pedal go karts equipment for temporary hire at events.</w:t>
      </w:r>
    </w:p>
    <w:p w14:paraId="332B2828" w14:textId="77777777" w:rsidR="008F671F" w:rsidRDefault="00000000">
      <w:pPr>
        <w:pStyle w:val="Heading1"/>
        <w:spacing w:before="0"/>
      </w:pPr>
      <w:r>
        <w:t>Persons at Risk</w:t>
      </w:r>
    </w:p>
    <w:p w14:paraId="19B06731" w14:textId="77777777" w:rsidR="008F671F" w:rsidRDefault="00000000">
      <w:pPr>
        <w:spacing w:after="20"/>
      </w:pPr>
      <w:r>
        <w:t>Staff, hirers, operators, participants, spectators and members of the public.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87"/>
        <w:gridCol w:w="2188"/>
        <w:gridCol w:w="2186"/>
        <w:gridCol w:w="2187"/>
        <w:gridCol w:w="2186"/>
      </w:tblGrid>
      <w:tr w:rsidR="008F671F" w14:paraId="0214EF95" w14:textId="77777777">
        <w:trPr>
          <w:jc w:val="center"/>
        </w:trPr>
        <w:tc>
          <w:tcPr>
            <w:tcW w:w="2189" w:type="dxa"/>
          </w:tcPr>
          <w:p w14:paraId="1F73826B" w14:textId="77777777" w:rsidR="008F671F" w:rsidRDefault="00000000">
            <w:r>
              <w:rPr>
                <w:b/>
                <w:sz w:val="14"/>
              </w:rPr>
              <w:t>Hazard</w:t>
            </w:r>
          </w:p>
        </w:tc>
        <w:tc>
          <w:tcPr>
            <w:tcW w:w="2189" w:type="dxa"/>
          </w:tcPr>
          <w:p w14:paraId="2D5EFE84" w14:textId="77777777" w:rsidR="008F671F" w:rsidRDefault="00000000">
            <w:r>
              <w:rPr>
                <w:b/>
                <w:sz w:val="14"/>
              </w:rPr>
              <w:t>Persons at Risk</w:t>
            </w:r>
          </w:p>
        </w:tc>
        <w:tc>
          <w:tcPr>
            <w:tcW w:w="2189" w:type="dxa"/>
          </w:tcPr>
          <w:p w14:paraId="3056D7E9" w14:textId="77777777" w:rsidR="008F671F" w:rsidRDefault="00000000">
            <w:r>
              <w:rPr>
                <w:b/>
                <w:sz w:val="14"/>
              </w:rPr>
              <w:t>Initial Risk</w:t>
            </w:r>
          </w:p>
        </w:tc>
        <w:tc>
          <w:tcPr>
            <w:tcW w:w="2189" w:type="dxa"/>
          </w:tcPr>
          <w:p w14:paraId="0EA5C3D7" w14:textId="77777777" w:rsidR="008F671F" w:rsidRDefault="00000000">
            <w:r>
              <w:rPr>
                <w:b/>
                <w:sz w:val="14"/>
              </w:rPr>
              <w:t>Control Measures</w:t>
            </w:r>
          </w:p>
        </w:tc>
        <w:tc>
          <w:tcPr>
            <w:tcW w:w="2189" w:type="dxa"/>
          </w:tcPr>
          <w:p w14:paraId="0856B972" w14:textId="77777777" w:rsidR="008F671F" w:rsidRDefault="00000000">
            <w:r>
              <w:rPr>
                <w:b/>
                <w:sz w:val="14"/>
              </w:rPr>
              <w:t>Residual Risk</w:t>
            </w:r>
          </w:p>
        </w:tc>
      </w:tr>
      <w:tr w:rsidR="008F671F" w14:paraId="28F23477" w14:textId="77777777">
        <w:trPr>
          <w:jc w:val="center"/>
        </w:trPr>
        <w:tc>
          <w:tcPr>
            <w:tcW w:w="2189" w:type="dxa"/>
          </w:tcPr>
          <w:p w14:paraId="7837DE33" w14:textId="77777777" w:rsidR="008F671F" w:rsidRDefault="00000000">
            <w:r>
              <w:rPr>
                <w:sz w:val="14"/>
              </w:rPr>
              <w:t>Manual handling of karts and equipment</w:t>
            </w:r>
          </w:p>
        </w:tc>
        <w:tc>
          <w:tcPr>
            <w:tcW w:w="2189" w:type="dxa"/>
          </w:tcPr>
          <w:p w14:paraId="125437C7" w14:textId="77777777" w:rsidR="008F671F" w:rsidRDefault="00000000">
            <w:r>
              <w:rPr>
                <w:sz w:val="14"/>
              </w:rPr>
              <w:t>Staff</w:t>
            </w:r>
          </w:p>
        </w:tc>
        <w:tc>
          <w:tcPr>
            <w:tcW w:w="2189" w:type="dxa"/>
          </w:tcPr>
          <w:p w14:paraId="43EC9167" w14:textId="77777777" w:rsidR="008F671F" w:rsidRDefault="00000000">
            <w:r>
              <w:rPr>
                <w:sz w:val="14"/>
              </w:rPr>
              <w:t>Medium</w:t>
            </w:r>
          </w:p>
        </w:tc>
        <w:tc>
          <w:tcPr>
            <w:tcW w:w="2189" w:type="dxa"/>
          </w:tcPr>
          <w:p w14:paraId="6592FA87" w14:textId="77777777" w:rsidR="008F671F" w:rsidRDefault="00000000">
            <w:r>
              <w:rPr>
                <w:sz w:val="14"/>
              </w:rPr>
              <w:t>Use safe lifting techniques and team lifts where required; secure karts during transport and setup.</w:t>
            </w:r>
          </w:p>
        </w:tc>
        <w:tc>
          <w:tcPr>
            <w:tcW w:w="2189" w:type="dxa"/>
          </w:tcPr>
          <w:p w14:paraId="52A1EC47" w14:textId="77777777" w:rsidR="008F671F" w:rsidRDefault="00000000">
            <w:r>
              <w:rPr>
                <w:sz w:val="14"/>
              </w:rPr>
              <w:t>Low</w:t>
            </w:r>
          </w:p>
        </w:tc>
      </w:tr>
      <w:tr w:rsidR="008F671F" w14:paraId="56E07E7B" w14:textId="77777777">
        <w:trPr>
          <w:jc w:val="center"/>
        </w:trPr>
        <w:tc>
          <w:tcPr>
            <w:tcW w:w="2189" w:type="dxa"/>
          </w:tcPr>
          <w:p w14:paraId="6ED37672" w14:textId="77777777" w:rsidR="008F671F" w:rsidRDefault="00000000">
            <w:r>
              <w:rPr>
                <w:sz w:val="14"/>
              </w:rPr>
              <w:t>Kart collision</w:t>
            </w:r>
          </w:p>
        </w:tc>
        <w:tc>
          <w:tcPr>
            <w:tcW w:w="2189" w:type="dxa"/>
          </w:tcPr>
          <w:p w14:paraId="4173DC9D" w14:textId="77777777" w:rsidR="008F671F" w:rsidRDefault="00000000">
            <w:r>
              <w:rPr>
                <w:sz w:val="14"/>
              </w:rPr>
              <w:t>Participants/Spectators</w:t>
            </w:r>
          </w:p>
        </w:tc>
        <w:tc>
          <w:tcPr>
            <w:tcW w:w="2189" w:type="dxa"/>
          </w:tcPr>
          <w:p w14:paraId="14E34DC7" w14:textId="77777777" w:rsidR="008F671F" w:rsidRDefault="00000000">
            <w:r>
              <w:rPr>
                <w:sz w:val="14"/>
              </w:rPr>
              <w:t>High</w:t>
            </w:r>
          </w:p>
        </w:tc>
        <w:tc>
          <w:tcPr>
            <w:tcW w:w="2189" w:type="dxa"/>
          </w:tcPr>
          <w:p w14:paraId="6F2B7D7E" w14:textId="77777777" w:rsidR="008F671F" w:rsidRDefault="00000000">
            <w:r>
              <w:rPr>
                <w:sz w:val="14"/>
              </w:rPr>
              <w:t>Define the riding area and routes; control numbers; establish one-way flow where appropriate; prohibit deliberate collisions and rough driving.</w:t>
            </w:r>
          </w:p>
        </w:tc>
        <w:tc>
          <w:tcPr>
            <w:tcW w:w="2189" w:type="dxa"/>
          </w:tcPr>
          <w:p w14:paraId="727A3F6F" w14:textId="77777777" w:rsidR="008F671F" w:rsidRDefault="00000000">
            <w:r>
              <w:rPr>
                <w:sz w:val="14"/>
              </w:rPr>
              <w:t>Low</w:t>
            </w:r>
          </w:p>
        </w:tc>
      </w:tr>
      <w:tr w:rsidR="008F671F" w14:paraId="1E2876D2" w14:textId="77777777">
        <w:trPr>
          <w:jc w:val="center"/>
        </w:trPr>
        <w:tc>
          <w:tcPr>
            <w:tcW w:w="2189" w:type="dxa"/>
          </w:tcPr>
          <w:p w14:paraId="7D6129F1" w14:textId="77777777" w:rsidR="008F671F" w:rsidRDefault="00000000">
            <w:r>
              <w:rPr>
                <w:sz w:val="14"/>
              </w:rPr>
              <w:t>Participant falling from kart</w:t>
            </w:r>
          </w:p>
        </w:tc>
        <w:tc>
          <w:tcPr>
            <w:tcW w:w="2189" w:type="dxa"/>
          </w:tcPr>
          <w:p w14:paraId="13930D05" w14:textId="77777777" w:rsidR="008F671F" w:rsidRDefault="00000000">
            <w:r>
              <w:rPr>
                <w:sz w:val="14"/>
              </w:rPr>
              <w:t>Participants</w:t>
            </w:r>
          </w:p>
        </w:tc>
        <w:tc>
          <w:tcPr>
            <w:tcW w:w="2189" w:type="dxa"/>
          </w:tcPr>
          <w:p w14:paraId="0B674612" w14:textId="77777777" w:rsidR="008F671F" w:rsidRDefault="00000000">
            <w:r>
              <w:rPr>
                <w:sz w:val="14"/>
              </w:rPr>
              <w:t>High</w:t>
            </w:r>
          </w:p>
        </w:tc>
        <w:tc>
          <w:tcPr>
            <w:tcW w:w="2189" w:type="dxa"/>
          </w:tcPr>
          <w:p w14:paraId="13F7DE6F" w14:textId="77777777" w:rsidR="008F671F" w:rsidRDefault="00000000">
            <w:r>
              <w:rPr>
                <w:sz w:val="14"/>
              </w:rPr>
              <w:t>Provide clear instructions; ensure participants are seated correctly; use suitable karts for participant size and ability; supervise operation.</w:t>
            </w:r>
          </w:p>
        </w:tc>
        <w:tc>
          <w:tcPr>
            <w:tcW w:w="2189" w:type="dxa"/>
          </w:tcPr>
          <w:p w14:paraId="271CFD27" w14:textId="77777777" w:rsidR="008F671F" w:rsidRDefault="00000000">
            <w:r>
              <w:rPr>
                <w:sz w:val="14"/>
              </w:rPr>
              <w:t>Low</w:t>
            </w:r>
          </w:p>
        </w:tc>
      </w:tr>
      <w:tr w:rsidR="008F671F" w14:paraId="039F40D8" w14:textId="77777777">
        <w:trPr>
          <w:jc w:val="center"/>
        </w:trPr>
        <w:tc>
          <w:tcPr>
            <w:tcW w:w="2189" w:type="dxa"/>
          </w:tcPr>
          <w:p w14:paraId="11630BDE" w14:textId="77777777" w:rsidR="008F671F" w:rsidRDefault="00000000">
            <w:r>
              <w:rPr>
                <w:sz w:val="14"/>
              </w:rPr>
              <w:t>Pedal / steering mechanism failure</w:t>
            </w:r>
          </w:p>
        </w:tc>
        <w:tc>
          <w:tcPr>
            <w:tcW w:w="2189" w:type="dxa"/>
          </w:tcPr>
          <w:p w14:paraId="1FCAF242" w14:textId="77777777" w:rsidR="008F671F" w:rsidRDefault="00000000">
            <w:r>
              <w:rPr>
                <w:sz w:val="14"/>
              </w:rPr>
              <w:t>Participants/Staff</w:t>
            </w:r>
          </w:p>
        </w:tc>
        <w:tc>
          <w:tcPr>
            <w:tcW w:w="2189" w:type="dxa"/>
          </w:tcPr>
          <w:p w14:paraId="47BC80B4" w14:textId="77777777" w:rsidR="008F671F" w:rsidRDefault="00000000">
            <w:r>
              <w:rPr>
                <w:sz w:val="14"/>
              </w:rPr>
              <w:t>High</w:t>
            </w:r>
          </w:p>
        </w:tc>
        <w:tc>
          <w:tcPr>
            <w:tcW w:w="2189" w:type="dxa"/>
          </w:tcPr>
          <w:p w14:paraId="25A2521C" w14:textId="77777777" w:rsidR="008F671F" w:rsidRDefault="00000000">
            <w:r>
              <w:rPr>
                <w:sz w:val="14"/>
              </w:rPr>
              <w:t>Inspect steering, pedals, wheels, seats and fixings before each use; remove defective karts from service.</w:t>
            </w:r>
          </w:p>
        </w:tc>
        <w:tc>
          <w:tcPr>
            <w:tcW w:w="2189" w:type="dxa"/>
          </w:tcPr>
          <w:p w14:paraId="5F34B20B" w14:textId="77777777" w:rsidR="008F671F" w:rsidRDefault="00000000">
            <w:r>
              <w:rPr>
                <w:sz w:val="14"/>
              </w:rPr>
              <w:t>Low</w:t>
            </w:r>
          </w:p>
        </w:tc>
      </w:tr>
      <w:tr w:rsidR="008F671F" w14:paraId="366C6D90" w14:textId="77777777">
        <w:trPr>
          <w:jc w:val="center"/>
        </w:trPr>
        <w:tc>
          <w:tcPr>
            <w:tcW w:w="2189" w:type="dxa"/>
          </w:tcPr>
          <w:p w14:paraId="0F8740B7" w14:textId="77777777" w:rsidR="008F671F" w:rsidRDefault="00000000">
            <w:r>
              <w:rPr>
                <w:sz w:val="14"/>
              </w:rPr>
              <w:t>Trips around activity area</w:t>
            </w:r>
          </w:p>
        </w:tc>
        <w:tc>
          <w:tcPr>
            <w:tcW w:w="2189" w:type="dxa"/>
          </w:tcPr>
          <w:p w14:paraId="52CA6054" w14:textId="77777777" w:rsidR="008F671F" w:rsidRDefault="00000000">
            <w:r>
              <w:rPr>
                <w:sz w:val="14"/>
              </w:rPr>
              <w:t>All</w:t>
            </w:r>
          </w:p>
        </w:tc>
        <w:tc>
          <w:tcPr>
            <w:tcW w:w="2189" w:type="dxa"/>
          </w:tcPr>
          <w:p w14:paraId="38DE6B08" w14:textId="77777777" w:rsidR="008F671F" w:rsidRDefault="00000000">
            <w:r>
              <w:rPr>
                <w:sz w:val="14"/>
              </w:rPr>
              <w:t>Medium</w:t>
            </w:r>
          </w:p>
        </w:tc>
        <w:tc>
          <w:tcPr>
            <w:tcW w:w="2189" w:type="dxa"/>
          </w:tcPr>
          <w:p w14:paraId="47BCD6B1" w14:textId="77777777" w:rsidR="008F671F" w:rsidRDefault="00000000">
            <w:r>
              <w:rPr>
                <w:sz w:val="14"/>
              </w:rPr>
              <w:t>Keep the track and surrounding area clear; store unused equipment safely; maintain clear walkways.</w:t>
            </w:r>
          </w:p>
        </w:tc>
        <w:tc>
          <w:tcPr>
            <w:tcW w:w="2189" w:type="dxa"/>
          </w:tcPr>
          <w:p w14:paraId="32851466" w14:textId="77777777" w:rsidR="008F671F" w:rsidRDefault="00000000">
            <w:r>
              <w:rPr>
                <w:sz w:val="14"/>
              </w:rPr>
              <w:t>Low</w:t>
            </w:r>
          </w:p>
        </w:tc>
      </w:tr>
      <w:tr w:rsidR="008F671F" w14:paraId="51CB92C3" w14:textId="77777777">
        <w:trPr>
          <w:jc w:val="center"/>
        </w:trPr>
        <w:tc>
          <w:tcPr>
            <w:tcW w:w="2189" w:type="dxa"/>
          </w:tcPr>
          <w:p w14:paraId="78B4055A" w14:textId="77777777" w:rsidR="008F671F" w:rsidRDefault="00000000">
            <w:r>
              <w:rPr>
                <w:sz w:val="14"/>
              </w:rPr>
              <w:t>Unsuitable participant age / ability</w:t>
            </w:r>
          </w:p>
        </w:tc>
        <w:tc>
          <w:tcPr>
            <w:tcW w:w="2189" w:type="dxa"/>
          </w:tcPr>
          <w:p w14:paraId="2D3E37F2" w14:textId="77777777" w:rsidR="008F671F" w:rsidRDefault="00000000">
            <w:r>
              <w:rPr>
                <w:sz w:val="14"/>
              </w:rPr>
              <w:t>Participants</w:t>
            </w:r>
          </w:p>
        </w:tc>
        <w:tc>
          <w:tcPr>
            <w:tcW w:w="2189" w:type="dxa"/>
          </w:tcPr>
          <w:p w14:paraId="46F50845" w14:textId="77777777" w:rsidR="008F671F" w:rsidRDefault="00000000">
            <w:r>
              <w:rPr>
                <w:sz w:val="14"/>
              </w:rPr>
              <w:t>Medium</w:t>
            </w:r>
          </w:p>
        </w:tc>
        <w:tc>
          <w:tcPr>
            <w:tcW w:w="2189" w:type="dxa"/>
          </w:tcPr>
          <w:p w14:paraId="414B123D" w14:textId="77777777" w:rsidR="008F671F" w:rsidRDefault="00000000">
            <w:r>
              <w:rPr>
                <w:sz w:val="14"/>
              </w:rPr>
              <w:t>Apply appropriate age, size and ability restrictions; provide briefing and supervision.</w:t>
            </w:r>
          </w:p>
        </w:tc>
        <w:tc>
          <w:tcPr>
            <w:tcW w:w="2189" w:type="dxa"/>
          </w:tcPr>
          <w:p w14:paraId="78077976" w14:textId="77777777" w:rsidR="008F671F" w:rsidRDefault="00000000">
            <w:r>
              <w:rPr>
                <w:sz w:val="14"/>
              </w:rPr>
              <w:t>Low</w:t>
            </w:r>
          </w:p>
        </w:tc>
      </w:tr>
      <w:tr w:rsidR="008F671F" w14:paraId="23A54A53" w14:textId="77777777">
        <w:trPr>
          <w:jc w:val="center"/>
        </w:trPr>
        <w:tc>
          <w:tcPr>
            <w:tcW w:w="2189" w:type="dxa"/>
          </w:tcPr>
          <w:p w14:paraId="09CA1617" w14:textId="77777777" w:rsidR="008F671F" w:rsidRDefault="00000000">
            <w:r>
              <w:rPr>
                <w:sz w:val="14"/>
              </w:rPr>
              <w:t>Spectators entering riding area</w:t>
            </w:r>
          </w:p>
        </w:tc>
        <w:tc>
          <w:tcPr>
            <w:tcW w:w="2189" w:type="dxa"/>
          </w:tcPr>
          <w:p w14:paraId="28BE1C44" w14:textId="77777777" w:rsidR="008F671F" w:rsidRDefault="00000000">
            <w:r>
              <w:rPr>
                <w:sz w:val="14"/>
              </w:rPr>
              <w:t>Public</w:t>
            </w:r>
          </w:p>
        </w:tc>
        <w:tc>
          <w:tcPr>
            <w:tcW w:w="2189" w:type="dxa"/>
          </w:tcPr>
          <w:p w14:paraId="204F211D" w14:textId="77777777" w:rsidR="008F671F" w:rsidRDefault="00000000">
            <w:r>
              <w:rPr>
                <w:sz w:val="14"/>
              </w:rPr>
              <w:t>High</w:t>
            </w:r>
          </w:p>
        </w:tc>
        <w:tc>
          <w:tcPr>
            <w:tcW w:w="2189" w:type="dxa"/>
          </w:tcPr>
          <w:p w14:paraId="16B62928" w14:textId="77777777" w:rsidR="008F671F" w:rsidRDefault="00000000">
            <w:r>
              <w:rPr>
                <w:sz w:val="14"/>
              </w:rPr>
              <w:t>Clearly define the riding area and keep spectators outside active routes while karts are operating.</w:t>
            </w:r>
          </w:p>
        </w:tc>
        <w:tc>
          <w:tcPr>
            <w:tcW w:w="2189" w:type="dxa"/>
          </w:tcPr>
          <w:p w14:paraId="6555B247" w14:textId="77777777" w:rsidR="008F671F" w:rsidRDefault="00000000">
            <w:r>
              <w:rPr>
                <w:sz w:val="14"/>
              </w:rPr>
              <w:t>Low</w:t>
            </w:r>
          </w:p>
        </w:tc>
      </w:tr>
      <w:tr w:rsidR="008F671F" w14:paraId="0F1F7879" w14:textId="77777777">
        <w:trPr>
          <w:jc w:val="center"/>
        </w:trPr>
        <w:tc>
          <w:tcPr>
            <w:tcW w:w="2189" w:type="dxa"/>
          </w:tcPr>
          <w:p w14:paraId="172127A6" w14:textId="77777777" w:rsidR="008F671F" w:rsidRDefault="00000000">
            <w:r>
              <w:rPr>
                <w:sz w:val="14"/>
              </w:rPr>
              <w:t>Emergency access obstructed</w:t>
            </w:r>
          </w:p>
        </w:tc>
        <w:tc>
          <w:tcPr>
            <w:tcW w:w="2189" w:type="dxa"/>
          </w:tcPr>
          <w:p w14:paraId="6DFAC872" w14:textId="77777777" w:rsidR="008F671F" w:rsidRDefault="00000000">
            <w:r>
              <w:rPr>
                <w:sz w:val="14"/>
              </w:rPr>
              <w:t>All</w:t>
            </w:r>
          </w:p>
        </w:tc>
        <w:tc>
          <w:tcPr>
            <w:tcW w:w="2189" w:type="dxa"/>
          </w:tcPr>
          <w:p w14:paraId="48E89FA5" w14:textId="77777777" w:rsidR="008F671F" w:rsidRDefault="00000000">
            <w:r>
              <w:rPr>
                <w:sz w:val="14"/>
              </w:rPr>
              <w:t>Medium</w:t>
            </w:r>
          </w:p>
        </w:tc>
        <w:tc>
          <w:tcPr>
            <w:tcW w:w="2189" w:type="dxa"/>
          </w:tcPr>
          <w:p w14:paraId="1F415BE1" w14:textId="77777777" w:rsidR="008F671F" w:rsidRDefault="00000000">
            <w:r>
              <w:rPr>
                <w:sz w:val="14"/>
              </w:rPr>
              <w:t>Position the activity so emergency routes, exits and venue access remain clear.</w:t>
            </w:r>
          </w:p>
        </w:tc>
        <w:tc>
          <w:tcPr>
            <w:tcW w:w="2189" w:type="dxa"/>
          </w:tcPr>
          <w:p w14:paraId="296E7F89" w14:textId="77777777" w:rsidR="008F671F" w:rsidRDefault="00000000">
            <w:r>
              <w:rPr>
                <w:sz w:val="14"/>
              </w:rPr>
              <w:t>Low</w:t>
            </w:r>
          </w:p>
        </w:tc>
      </w:tr>
      <w:tr w:rsidR="008F671F" w14:paraId="13902276" w14:textId="77777777">
        <w:trPr>
          <w:jc w:val="center"/>
        </w:trPr>
        <w:tc>
          <w:tcPr>
            <w:tcW w:w="2189" w:type="dxa"/>
          </w:tcPr>
          <w:p w14:paraId="455D7B4B" w14:textId="77777777" w:rsidR="008F671F" w:rsidRDefault="00000000">
            <w:r>
              <w:rPr>
                <w:sz w:val="14"/>
              </w:rPr>
              <w:t>Incorrect use / deliberate misuse</w:t>
            </w:r>
          </w:p>
        </w:tc>
        <w:tc>
          <w:tcPr>
            <w:tcW w:w="2189" w:type="dxa"/>
          </w:tcPr>
          <w:p w14:paraId="2E4FD512" w14:textId="77777777" w:rsidR="008F671F" w:rsidRDefault="00000000">
            <w:r>
              <w:rPr>
                <w:sz w:val="14"/>
              </w:rPr>
              <w:t>Participants</w:t>
            </w:r>
          </w:p>
        </w:tc>
        <w:tc>
          <w:tcPr>
            <w:tcW w:w="2189" w:type="dxa"/>
          </w:tcPr>
          <w:p w14:paraId="47ADF1CC" w14:textId="77777777" w:rsidR="008F671F" w:rsidRDefault="00000000">
            <w:r>
              <w:rPr>
                <w:sz w:val="14"/>
              </w:rPr>
              <w:t>Medium</w:t>
            </w:r>
          </w:p>
        </w:tc>
        <w:tc>
          <w:tcPr>
            <w:tcW w:w="2189" w:type="dxa"/>
          </w:tcPr>
          <w:p w14:paraId="77220C47" w14:textId="77777777" w:rsidR="008F671F" w:rsidRDefault="00000000">
            <w:r>
              <w:rPr>
                <w:sz w:val="14"/>
              </w:rPr>
              <w:t>Brief users; prohibit standing on karts, dangerous manoeuvres, pushing, racing beyond permitted limits or unsafe behaviour.</w:t>
            </w:r>
          </w:p>
        </w:tc>
        <w:tc>
          <w:tcPr>
            <w:tcW w:w="2189" w:type="dxa"/>
          </w:tcPr>
          <w:p w14:paraId="703DF295" w14:textId="77777777" w:rsidR="008F671F" w:rsidRDefault="00000000">
            <w:r>
              <w:rPr>
                <w:sz w:val="14"/>
              </w:rPr>
              <w:t>Low</w:t>
            </w:r>
          </w:p>
        </w:tc>
      </w:tr>
      <w:tr w:rsidR="008F671F" w14:paraId="53F63812" w14:textId="77777777">
        <w:trPr>
          <w:jc w:val="center"/>
        </w:trPr>
        <w:tc>
          <w:tcPr>
            <w:tcW w:w="2189" w:type="dxa"/>
          </w:tcPr>
          <w:p w14:paraId="1B86C4BD" w14:textId="77777777" w:rsidR="008F671F" w:rsidRDefault="00000000">
            <w:r>
              <w:rPr>
                <w:sz w:val="14"/>
              </w:rPr>
              <w:t>Damaged kart / equipment</w:t>
            </w:r>
          </w:p>
        </w:tc>
        <w:tc>
          <w:tcPr>
            <w:tcW w:w="2189" w:type="dxa"/>
          </w:tcPr>
          <w:p w14:paraId="1C363F29" w14:textId="77777777" w:rsidR="008F671F" w:rsidRDefault="00000000">
            <w:r>
              <w:rPr>
                <w:sz w:val="14"/>
              </w:rPr>
              <w:t>All</w:t>
            </w:r>
          </w:p>
        </w:tc>
        <w:tc>
          <w:tcPr>
            <w:tcW w:w="2189" w:type="dxa"/>
          </w:tcPr>
          <w:p w14:paraId="6821B9B8" w14:textId="77777777" w:rsidR="008F671F" w:rsidRDefault="00000000">
            <w:r>
              <w:rPr>
                <w:sz w:val="14"/>
              </w:rPr>
              <w:t>High</w:t>
            </w:r>
          </w:p>
        </w:tc>
        <w:tc>
          <w:tcPr>
            <w:tcW w:w="2189" w:type="dxa"/>
          </w:tcPr>
          <w:p w14:paraId="70DEC007" w14:textId="77777777" w:rsidR="008F671F" w:rsidRDefault="00000000">
            <w:r>
              <w:rPr>
                <w:sz w:val="14"/>
              </w:rPr>
              <w:t>Inspect all karts before use; remove damaged, unstable or defective equipment from service.</w:t>
            </w:r>
          </w:p>
        </w:tc>
        <w:tc>
          <w:tcPr>
            <w:tcW w:w="2189" w:type="dxa"/>
          </w:tcPr>
          <w:p w14:paraId="2C79B3DF" w14:textId="77777777" w:rsidR="008F671F" w:rsidRDefault="00000000">
            <w:r>
              <w:rPr>
                <w:sz w:val="14"/>
              </w:rPr>
              <w:t>Low</w:t>
            </w:r>
          </w:p>
        </w:tc>
      </w:tr>
      <w:tr w:rsidR="008F671F" w14:paraId="2F5D67C2" w14:textId="77777777">
        <w:trPr>
          <w:jc w:val="center"/>
        </w:trPr>
        <w:tc>
          <w:tcPr>
            <w:tcW w:w="2189" w:type="dxa"/>
          </w:tcPr>
          <w:p w14:paraId="27D1DE03" w14:textId="77777777" w:rsidR="008F671F" w:rsidRDefault="00000000">
            <w:r>
              <w:rPr>
                <w:sz w:val="14"/>
              </w:rPr>
              <w:t>Participant collision with fixed object</w:t>
            </w:r>
          </w:p>
        </w:tc>
        <w:tc>
          <w:tcPr>
            <w:tcW w:w="2189" w:type="dxa"/>
          </w:tcPr>
          <w:p w14:paraId="393ED9E7" w14:textId="77777777" w:rsidR="008F671F" w:rsidRDefault="00000000">
            <w:r>
              <w:rPr>
                <w:sz w:val="14"/>
              </w:rPr>
              <w:t>Participants</w:t>
            </w:r>
          </w:p>
        </w:tc>
        <w:tc>
          <w:tcPr>
            <w:tcW w:w="2189" w:type="dxa"/>
          </w:tcPr>
          <w:p w14:paraId="3B3A5154" w14:textId="77777777" w:rsidR="008F671F" w:rsidRDefault="00000000">
            <w:r>
              <w:rPr>
                <w:sz w:val="14"/>
              </w:rPr>
              <w:t>High</w:t>
            </w:r>
          </w:p>
        </w:tc>
        <w:tc>
          <w:tcPr>
            <w:tcW w:w="2189" w:type="dxa"/>
          </w:tcPr>
          <w:p w14:paraId="474ED842" w14:textId="77777777" w:rsidR="008F671F" w:rsidRDefault="00000000">
            <w:r>
              <w:rPr>
                <w:sz w:val="14"/>
              </w:rPr>
              <w:t>Provide adequate clearance; use a controlled course; maintain suitable speed and supervision.</w:t>
            </w:r>
          </w:p>
        </w:tc>
        <w:tc>
          <w:tcPr>
            <w:tcW w:w="2189" w:type="dxa"/>
          </w:tcPr>
          <w:p w14:paraId="36CB4687" w14:textId="77777777" w:rsidR="008F671F" w:rsidRDefault="00000000">
            <w:r>
              <w:rPr>
                <w:sz w:val="14"/>
              </w:rPr>
              <w:t>Low</w:t>
            </w:r>
          </w:p>
        </w:tc>
      </w:tr>
      <w:tr w:rsidR="008F671F" w14:paraId="525EB867" w14:textId="77777777">
        <w:trPr>
          <w:jc w:val="center"/>
        </w:trPr>
        <w:tc>
          <w:tcPr>
            <w:tcW w:w="2189" w:type="dxa"/>
          </w:tcPr>
          <w:p w14:paraId="2D625897" w14:textId="77777777" w:rsidR="008F671F" w:rsidRDefault="00000000">
            <w:r>
              <w:rPr>
                <w:sz w:val="14"/>
              </w:rPr>
              <w:t>Poor lighting / visibility</w:t>
            </w:r>
          </w:p>
        </w:tc>
        <w:tc>
          <w:tcPr>
            <w:tcW w:w="2189" w:type="dxa"/>
          </w:tcPr>
          <w:p w14:paraId="30ED6DE6" w14:textId="77777777" w:rsidR="008F671F" w:rsidRDefault="00000000">
            <w:r>
              <w:rPr>
                <w:sz w:val="14"/>
              </w:rPr>
              <w:t>Participants/Staff</w:t>
            </w:r>
          </w:p>
        </w:tc>
        <w:tc>
          <w:tcPr>
            <w:tcW w:w="2189" w:type="dxa"/>
          </w:tcPr>
          <w:p w14:paraId="1F9DF09D" w14:textId="77777777" w:rsidR="008F671F" w:rsidRDefault="00000000">
            <w:r>
              <w:rPr>
                <w:sz w:val="14"/>
              </w:rPr>
              <w:t>Medium</w:t>
            </w:r>
          </w:p>
        </w:tc>
        <w:tc>
          <w:tcPr>
            <w:tcW w:w="2189" w:type="dxa"/>
          </w:tcPr>
          <w:p w14:paraId="09248BA2" w14:textId="77777777" w:rsidR="008F671F" w:rsidRDefault="00000000">
            <w:r>
              <w:rPr>
                <w:sz w:val="14"/>
              </w:rPr>
              <w:t>Provide adequate lighting so the track, karts, barriers and surrounding hazards are clearly visible.</w:t>
            </w:r>
          </w:p>
        </w:tc>
        <w:tc>
          <w:tcPr>
            <w:tcW w:w="2189" w:type="dxa"/>
          </w:tcPr>
          <w:p w14:paraId="5A0D7C19" w14:textId="77777777" w:rsidR="008F671F" w:rsidRDefault="00000000">
            <w:r>
              <w:rPr>
                <w:sz w:val="14"/>
              </w:rPr>
              <w:t>Low</w:t>
            </w:r>
          </w:p>
        </w:tc>
      </w:tr>
    </w:tbl>
    <w:p w14:paraId="16D521C9" w14:textId="77777777" w:rsidR="008F671F" w:rsidRDefault="00000000">
      <w:pPr>
        <w:pStyle w:val="Heading1"/>
        <w:spacing w:before="0"/>
      </w:pPr>
      <w:r>
        <w:t>Operational Controls</w:t>
      </w:r>
    </w:p>
    <w:p w14:paraId="097DD1BF" w14:textId="77777777" w:rsidR="008F671F" w:rsidRDefault="00000000">
      <w:pPr>
        <w:pStyle w:val="ListBullet"/>
        <w:spacing w:after="0"/>
      </w:pPr>
      <w:r>
        <w:t>Set up the Pedal Go Karts activity on suitable ground/surface with adequate clearance and access.</w:t>
      </w:r>
    </w:p>
    <w:p w14:paraId="3AE448EE" w14:textId="77777777" w:rsidR="008F671F" w:rsidRDefault="00000000">
      <w:pPr>
        <w:pStyle w:val="ListBullet"/>
        <w:spacing w:after="0"/>
      </w:pPr>
      <w:r>
        <w:t>Inspect equipment before each use and provide a clear safety briefing before participation.</w:t>
      </w:r>
    </w:p>
    <w:p w14:paraId="62CEA34F" w14:textId="77777777" w:rsidR="008F671F" w:rsidRDefault="00000000">
      <w:pPr>
        <w:pStyle w:val="ListBullet"/>
        <w:spacing w:after="0"/>
      </w:pPr>
      <w:r>
        <w:t>Control participant numbers and maintain clearly defined playing, access and spectator areas.</w:t>
      </w:r>
    </w:p>
    <w:p w14:paraId="2C5BE72A" w14:textId="77777777" w:rsidR="008F671F" w:rsidRDefault="00000000">
      <w:pPr>
        <w:pStyle w:val="ListBullet"/>
        <w:spacing w:after="0"/>
      </w:pPr>
      <w:r>
        <w:t>Prohibit running, pushing, climbing, deliberate misuse and other unsafe behaviour.</w:t>
      </w:r>
    </w:p>
    <w:p w14:paraId="5CC00B73" w14:textId="77777777" w:rsidR="008F671F" w:rsidRDefault="00000000">
      <w:pPr>
        <w:pStyle w:val="ListBullet"/>
        <w:spacing w:after="0"/>
      </w:pPr>
      <w:r>
        <w:t>Follow manufacturer operating, participant, anchoring and weather requirements where applicable.</w:t>
      </w:r>
    </w:p>
    <w:p w14:paraId="4E8428C6" w14:textId="77777777" w:rsidR="008F671F" w:rsidRDefault="00000000">
      <w:pPr>
        <w:pStyle w:val="ListBullet"/>
        <w:spacing w:after="0"/>
      </w:pPr>
      <w:r>
        <w:t>Stop the activity immediately if equipment is damaged, unstable or conditions become unsafe.</w:t>
      </w:r>
    </w:p>
    <w:p w14:paraId="3F1D0048" w14:textId="77777777" w:rsidR="008F671F" w:rsidRDefault="00000000">
      <w:pPr>
        <w:pStyle w:val="Heading1"/>
        <w:spacing w:before="0"/>
      </w:pPr>
      <w:r>
        <w:t>Emergency Procedures</w:t>
      </w:r>
    </w:p>
    <w:p w14:paraId="56A0A784" w14:textId="77777777" w:rsidR="008F671F" w:rsidRDefault="00000000">
      <w:pPr>
        <w:pStyle w:val="ListBullet"/>
        <w:spacing w:after="0"/>
      </w:pPr>
      <w:r>
        <w:t>Stop the Pedal Go Karts activity immediately following any incident or unsafe condition.</w:t>
      </w:r>
    </w:p>
    <w:p w14:paraId="6C47593A" w14:textId="77777777" w:rsidR="008F671F" w:rsidRDefault="00000000">
      <w:pPr>
        <w:pStyle w:val="ListBullet"/>
        <w:spacing w:after="0"/>
      </w:pPr>
      <w:r>
        <w:t>Ensure participants leave the active area safely and keep emergency routes clear.</w:t>
      </w:r>
    </w:p>
    <w:p w14:paraId="083703F4" w14:textId="77777777" w:rsidR="008F671F" w:rsidRDefault="00000000">
      <w:pPr>
        <w:pStyle w:val="ListBullet"/>
        <w:spacing w:after="0"/>
      </w:pPr>
      <w:r>
        <w:t>Provide first aid where required and contact emergency services if necessary.</w:t>
      </w:r>
    </w:p>
    <w:p w14:paraId="419F611C" w14:textId="77777777" w:rsidR="008F671F" w:rsidRDefault="00000000">
      <w:pPr>
        <w:pStyle w:val="ListBullet"/>
        <w:spacing w:after="0"/>
      </w:pPr>
      <w:r>
        <w:t>Remove damaged equipment from service and record all accidents and near misses.</w:t>
      </w:r>
    </w:p>
    <w:p w14:paraId="1A5D553A" w14:textId="77777777" w:rsidR="008F671F" w:rsidRDefault="00000000">
      <w:pPr>
        <w:pStyle w:val="Heading1"/>
        <w:spacing w:before="0"/>
      </w:pPr>
      <w:r>
        <w:t>Inspection Checklist</w:t>
      </w:r>
    </w:p>
    <w:p w14:paraId="099B54AF" w14:textId="77777777" w:rsidR="008F671F" w:rsidRDefault="00000000">
      <w:pPr>
        <w:pStyle w:val="ListBullet"/>
        <w:spacing w:after="0"/>
      </w:pPr>
      <w:r>
        <w:t>Equipment structure and components stable, secure and free from damage.</w:t>
      </w:r>
    </w:p>
    <w:p w14:paraId="270C8369" w14:textId="77777777" w:rsidR="008F671F" w:rsidRDefault="00000000">
      <w:pPr>
        <w:pStyle w:val="ListBullet"/>
        <w:spacing w:after="0"/>
      </w:pPr>
      <w:r>
        <w:t>Playing/activity surface clean and free from defects or trip hazards.</w:t>
      </w:r>
    </w:p>
    <w:p w14:paraId="261A11B6" w14:textId="77777777" w:rsidR="008F671F" w:rsidRDefault="00000000">
      <w:pPr>
        <w:pStyle w:val="ListBullet"/>
        <w:spacing w:after="0"/>
      </w:pPr>
      <w:r>
        <w:t>Access, exit and spectator exclusion areas clearly defined.</w:t>
      </w:r>
    </w:p>
    <w:p w14:paraId="5126404B" w14:textId="77777777" w:rsidR="008F671F" w:rsidRDefault="00000000">
      <w:pPr>
        <w:pStyle w:val="ListBullet"/>
        <w:spacing w:after="0"/>
      </w:pPr>
      <w:r>
        <w:t>Emergency routes and venue access remain clear.</w:t>
      </w:r>
    </w:p>
    <w:p w14:paraId="437D5A88" w14:textId="77777777" w:rsidR="008F671F" w:rsidRDefault="00000000">
      <w:pPr>
        <w:pStyle w:val="ListBullet"/>
        <w:spacing w:after="0"/>
      </w:pPr>
      <w:r>
        <w:t>Participant capacity, supervision and restrictions clearly established.</w:t>
      </w:r>
    </w:p>
    <w:p w14:paraId="3B06F2B7" w14:textId="77777777" w:rsidR="008F671F" w:rsidRDefault="00000000">
      <w:pPr>
        <w:pStyle w:val="Heading1"/>
        <w:spacing w:before="0"/>
      </w:pPr>
      <w:r>
        <w:t>Training Requirements</w:t>
      </w:r>
    </w:p>
    <w:p w14:paraId="149A321F" w14:textId="77777777" w:rsidR="008F671F" w:rsidRDefault="00000000">
      <w:pPr>
        <w:spacing w:after="20"/>
      </w:pPr>
      <w:r>
        <w:t>Staff trained in safe Pedal Go Karts operation, equipment inspection, participant briefing, supervision, crowd/access control, emergency procedures and incident response.</w:t>
      </w:r>
    </w:p>
    <w:sectPr w:rsidR="008F671F" w:rsidSect="00034616">
      <w:pgSz w:w="12240" w:h="15840"/>
      <w:pgMar w:top="605" w:right="648" w:bottom="605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25896007">
    <w:abstractNumId w:val="8"/>
  </w:num>
  <w:num w:numId="2" w16cid:durableId="632561723">
    <w:abstractNumId w:val="6"/>
  </w:num>
  <w:num w:numId="3" w16cid:durableId="21370715">
    <w:abstractNumId w:val="5"/>
  </w:num>
  <w:num w:numId="4" w16cid:durableId="1920216287">
    <w:abstractNumId w:val="4"/>
  </w:num>
  <w:num w:numId="5" w16cid:durableId="1606305635">
    <w:abstractNumId w:val="7"/>
  </w:num>
  <w:num w:numId="6" w16cid:durableId="296378628">
    <w:abstractNumId w:val="3"/>
  </w:num>
  <w:num w:numId="7" w16cid:durableId="1497844330">
    <w:abstractNumId w:val="2"/>
  </w:num>
  <w:num w:numId="8" w16cid:durableId="140999279">
    <w:abstractNumId w:val="1"/>
  </w:num>
  <w:num w:numId="9" w16cid:durableId="1259483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664F"/>
    <w:rsid w:val="0006063C"/>
    <w:rsid w:val="0015074B"/>
    <w:rsid w:val="0029639D"/>
    <w:rsid w:val="00326F90"/>
    <w:rsid w:val="008F671F"/>
    <w:rsid w:val="00AA1D8D"/>
    <w:rsid w:val="00B47730"/>
    <w:rsid w:val="00CB0664"/>
    <w:rsid w:val="00D7501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FDD05E"/>
  <w14:defaultImageDpi w14:val="300"/>
  <w15:docId w15:val="{BA3730E6-9AF9-4DC7-8682-F6484E25E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19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2026-08-10T14:37:00Z</dcterms:created>
  <dcterms:modified xsi:type="dcterms:W3CDTF">2026-08-10T14:37:00Z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0ccc7143-41f8-45b8-a3d1-2438898da45a</vt:lpwstr>
  </property>
</Properties>
</file>